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692000" cy="5453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horizont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545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 w:line="278" w:lineRule="auto"/>
        <w:jc w:val="center"/>
      </w:pPr>
      <w:r>
        <w:rPr>
          <w:rFonts w:ascii="Times New Roman" w:hAnsi="Times New Roman"/>
          <w:b/>
          <w:i w:val="0"/>
          <w:color w:val="0099CC"/>
          <w:sz w:val="34"/>
        </w:rPr>
        <w:t>FICHE PROJET</w:t>
      </w:r>
    </w:p>
    <w:p>
      <w:pPr>
        <w:spacing w:before="0" w:after="180" w:line="278" w:lineRule="auto"/>
        <w:jc w:val="center"/>
      </w:pPr>
      <w:r>
        <w:rPr>
          <w:rFonts w:ascii="Times New Roman" w:hAnsi="Times New Roman"/>
          <w:b/>
          <w:i w:val="0"/>
          <w:color w:val="183642"/>
          <w:sz w:val="28"/>
        </w:rPr>
        <w:t>[Nom officiel du projet]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5216"/>
      </w:tblGrid>
      <w:tr>
        <w:trPr>
          <w:tblHeader w:val="true"/>
        </w:trPr>
        <w:tc>
          <w:tcPr>
            <w:tcW w:type="dxa" w:w="42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Référence / version</w:t>
            </w:r>
          </w:p>
        </w:tc>
        <w:tc>
          <w:tcPr>
            <w:tcW w:type="dxa" w:w="521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Zone / durée / secteur</w:t>
            </w:r>
          </w:p>
        </w:tc>
      </w:tr>
      <w:tr>
        <w:tc>
          <w:tcPr>
            <w:tcW w:type="dxa" w:w="42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[Code et date validés]</w:t>
            </w:r>
          </w:p>
        </w:tc>
        <w:tc>
          <w:tcPr>
            <w:tcW w:type="dxa" w:w="521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[Localité(s)] · [Dates] · [Domaine]</w:t>
            </w:r>
          </w:p>
        </w:tc>
      </w:tr>
    </w:tbl>
    <w:p>
      <w:pPr>
        <w:pStyle w:val="Heading1"/>
        <w:keepNext/>
        <w:spacing w:before="260" w:after="100"/>
      </w:pPr>
      <w:r>
        <w:t>Contexte et justification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[Présenter la situation de départ, les besoins identifiés et les sources documentaires.]</w:t>
      </w:r>
    </w:p>
    <w:p>
      <w:pPr>
        <w:pStyle w:val="Heading1"/>
        <w:keepNext/>
        <w:spacing w:before="260" w:after="100"/>
      </w:pPr>
      <w:r>
        <w:t>Objectif et groupes concernés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[Objectif approuvé du projet. Personnes ou communautés concernées, selon les termes validés.]</w:t>
      </w:r>
    </w:p>
    <w:p>
      <w:pPr>
        <w:pStyle w:val="Heading1"/>
        <w:keepNext/>
        <w:spacing w:before="260" w:after="100"/>
      </w:pPr>
      <w:r>
        <w:t>Actions prévues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[Activités approuvées, responsables et échéances de mise en œuvre.]</w:t>
      </w:r>
    </w:p>
    <w:p>
      <w:pPr>
        <w:pStyle w:val="Heading1"/>
        <w:keepNext/>
        <w:spacing w:before="260" w:after="100"/>
      </w:pPr>
      <w:r>
        <w:t>Résultats attendus et suivi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79"/>
        <w:gridCol w:w="4989"/>
      </w:tblGrid>
      <w:tr>
        <w:trPr>
          <w:tblHeader w:val="true"/>
        </w:trPr>
        <w:tc>
          <w:tcPr>
            <w:tcW w:type="dxa" w:w="447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Résultat attendu</w:t>
            </w:r>
          </w:p>
        </w:tc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Indicateur / moyen de vérification</w:t>
            </w:r>
          </w:p>
        </w:tc>
      </w:tr>
      <w:tr>
        <w:tc>
          <w:tcPr>
            <w:tcW w:type="dxa" w:w="447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[Résultat 1]</w:t>
            </w:r>
          </w:p>
        </w:tc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[Indicateur, source, cible validée]</w:t>
            </w:r>
          </w:p>
        </w:tc>
      </w:tr>
      <w:tr>
        <w:tc>
          <w:tcPr>
            <w:tcW w:type="dxa" w:w="447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[Résultat 2]</w:t>
            </w:r>
          </w:p>
        </w:tc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[Indicateur, source, cible validée]</w:t>
            </w:r>
          </w:p>
        </w:tc>
      </w:tr>
    </w:tbl>
    <w:p>
      <w:pPr>
        <w:pStyle w:val="Heading1"/>
        <w:keepNext/>
        <w:spacing w:before="260" w:after="100"/>
      </w:pPr>
      <w:r>
        <w:t>Partenaires et financement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[Indiquer seulement les structures, montants et mentions autorisés par l’accord applicable.]</w:t>
      </w:r>
    </w:p>
    <w:p>
      <w:pPr>
        <w:pStyle w:val="Heading1"/>
        <w:keepNext/>
        <w:spacing w:before="260" w:after="100"/>
      </w:pPr>
      <w:r>
        <w:t>Contacts et validation</w:t>
      </w:r>
    </w:p>
    <w:p>
      <w:pPr>
        <w:spacing w:before="0" w:after="10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[Responsable du projet]  ·  [Service / fonction]  ·  [Date de validation]</w:t>
      </w:r>
    </w:p>
    <w:p>
      <w:pPr>
        <w:spacing w:before="0" w:after="0" w:line="278" w:lineRule="auto"/>
      </w:pPr>
      <w:r>
        <w:rPr>
          <w:rFonts w:ascii="Times New Roman" w:hAnsi="Times New Roman"/>
          <w:b w:val="0"/>
          <w:i/>
          <w:color w:val="5E6F77"/>
          <w:sz w:val="16"/>
        </w:rPr>
        <w:t>Modèle à compléter. Vérifier les données, l’autorisation des images et les règles de visibilité avant diffusion.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91" w:bottom="1020" w:left="1191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20"/>
      <w:jc w:val="right"/>
    </w:pPr>
    <w:r>
      <w:rPr>
        <w:rFonts w:ascii="Arial" w:hAnsi="Arial"/>
        <w:b w:val="0"/>
        <w:i w:val="0"/>
        <w:color w:val="5E6F77"/>
        <w:sz w:val="14"/>
      </w:rPr>
      <w:t xml:space="preserve">AMSODE · Direction générale  |  Fiche projet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1080000" cy="3480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480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Times New Roman" w:hAnsi="Times New Roman"/>
      <w:color w:val="1836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99C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83642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MSODENote">
    <w:name w:val="AMSODE Note"/>
    <w:rPr>
      <w:rFonts w:ascii="Times New Roman" w:hAnsi="Times New Roman"/>
      <w:color w:val="5E6F77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fiche projet AMSODE</dc:title>
  <dc:subject>Document éditable - modèle institutionnel</dc:subject>
  <dc:creator>AMSODE</dc:creator>
  <cp:keywords>AMSODE, modèle, institutionnel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