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 w:before="0" w:line="254" w:lineRule="auto"/>
        <w:jc w:val="center"/>
      </w:pPr>
      <w:r>
        <w:rPr>
          <w:rFonts w:ascii="Times New Roman" w:hAnsi="Times New Roman"/>
          <w:b/>
          <w:i w:val="0"/>
          <w:color w:val="173642"/>
          <w:sz w:val="50"/>
        </w:rPr>
        <w:t>ATTESTATION DE MÉRITE</w:t>
      </w:r>
    </w:p>
    <w:p>
      <w:pPr>
        <w:spacing w:after="240" w:before="0" w:line="254" w:lineRule="auto"/>
        <w:jc w:val="center"/>
      </w:pPr>
      <w:r>
        <w:rPr>
          <w:rFonts w:ascii="Times New Roman" w:hAnsi="Times New Roman"/>
          <w:b w:val="0"/>
          <w:i w:val="0"/>
          <w:color w:val="273E48"/>
          <w:sz w:val="28"/>
        </w:rPr>
        <w:t>Action Multisectorielle pour la Solidarité et le Développement (AMSODE) décerne la présente attestation à</w:t>
      </w:r>
    </w:p>
    <w:p>
      <w:pPr>
        <w:spacing w:after="60" w:before="0" w:line="254" w:lineRule="auto"/>
        <w:jc w:val="center"/>
      </w:pPr>
      <w:r>
        <w:rPr>
          <w:rFonts w:ascii="Times New Roman" w:hAnsi="Times New Roman"/>
          <w:b/>
          <w:i w:val="0"/>
          <w:color w:val="007CA5"/>
          <w:sz w:val="42"/>
        </w:rPr>
        <w:t>[PRÉNOM ET NOM]</w:t>
      </w:r>
    </w:p>
    <w:p>
      <w:pPr>
        <w:spacing w:after="220" w:before="0" w:line="254" w:lineRule="auto"/>
        <w:jc w:val="center"/>
      </w:pPr>
      <w:r>
        <w:rPr>
          <w:rFonts w:ascii="Times New Roman" w:hAnsi="Times New Roman"/>
          <w:b w:val="0"/>
          <w:i/>
          <w:color w:val="576C73"/>
          <w:sz w:val="22"/>
        </w:rPr>
        <w:t>[FONCTION / SERVICE OU STRUCTURE]</w:t>
      </w:r>
    </w:p>
    <w:p>
      <w:pPr>
        <w:spacing w:after="200" w:before="0" w:line="254" w:lineRule="auto"/>
        <w:jc w:val="center"/>
      </w:pPr>
      <w:r>
        <w:rPr>
          <w:rFonts w:ascii="Times New Roman" w:hAnsi="Times New Roman"/>
          <w:b w:val="0"/>
          <w:i w:val="0"/>
          <w:color w:val="273E48"/>
          <w:sz w:val="26"/>
        </w:rPr>
        <w:t>en reconnaissance de [MOTIF DE LA DISTINCTION] au titre de [ANNÉE OU PÉRIODE].</w:t>
      </w:r>
    </w:p>
    <w:p>
      <w:pPr>
        <w:spacing w:after="360" w:before="0" w:line="254" w:lineRule="auto"/>
        <w:jc w:val="center"/>
      </w:pPr>
      <w:r>
        <w:rPr>
          <w:rFonts w:ascii="Times New Roman" w:hAnsi="Times New Roman"/>
          <w:b w:val="0"/>
          <w:i w:val="0"/>
          <w:color w:val="273E48"/>
          <w:sz w:val="25"/>
        </w:rPr>
        <w:t>Cette distinction salue [CONTRIBUTION OU RÉSULTAT DOCUMENTÉ], conformément aux critères validés par AMSODE.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6350"/>
      </w:tblGrid>
      <w:tr>
        <w:tc>
          <w:tcPr>
            <w:tcW w:type="dxa" w:w="652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260" w:line="254" w:lineRule="auto"/>
            </w:pPr>
            <w:r>
              <w:rPr>
                <w:rFonts w:ascii="Times New Roman" w:hAnsi="Times New Roman"/>
                <w:b w:val="0"/>
                <w:i w:val="0"/>
                <w:color w:val="1F3843"/>
                <w:sz w:val="22"/>
              </w:rPr>
              <w:t>Fait à [VILLE], le [DATE]</w:t>
            </w:r>
          </w:p>
        </w:tc>
        <w:tc>
          <w:tcPr>
            <w:tcW w:type="dxa" w:w="635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254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99CC"/>
                <w:sz w:val="22"/>
              </w:rPr>
              <w:t>_________________________</w:t>
            </w:r>
          </w:p>
          <w:p>
            <w:pPr>
              <w:spacing w:after="0" w:before="0" w:line="254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1F3843"/>
                <w:sz w:val="21"/>
              </w:rPr>
              <w:t>[AUTORITÉ HABILITÉE]</w:t>
            </w:r>
          </w:p>
          <w:p>
            <w:pPr>
              <w:spacing w:after="0" w:before="0" w:line="254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465B62"/>
                <w:sz w:val="18"/>
              </w:rPr>
              <w:t>[Fonction · signature et cachet]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/>
      <w:pgMar w:top="3061" w:right="1984" w:bottom="1077" w:left="1984" w:header="680" w:footer="567" w:gutter="0"/>
      <w:cols w:space="720"/>
      <w:docGrid w:linePitch="360"/>
      <w:pgBorders w:offsetFrom="page">
        <w:top w:val="double" w:sz="9" w:color="0099CC" w:space="12"/>
        <w:left w:val="double" w:sz="9" w:color="0099CC" w:space="12"/>
        <w:bottom w:val="double" w:sz="9" w:color="0099CC" w:space="12"/>
        <w:right w:val="double" w:sz="9" w:color="0099CC" w:space="12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 w:line="254" w:lineRule="auto"/>
      <w:jc w:val="center"/>
    </w:pPr>
    <w:r>
      <w:rPr>
        <w:rFonts w:ascii="Times New Roman" w:hAnsi="Times New Roman"/>
        <w:b w:val="0"/>
        <w:i w:val="0"/>
        <w:color w:val="99CC33"/>
        <w:sz w:val="20"/>
      </w:rPr>
      <w:t>__________________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54" w:lineRule="auto"/>
      <w:ind w:left="-283"/>
      <w:jc w:val="left"/>
    </w:pPr>
    <w:r>
      <w:drawing>
        <wp:inline xmlns:a="http://schemas.openxmlformats.org/drawingml/2006/main" xmlns:pic="http://schemas.openxmlformats.org/drawingml/2006/picture">
          <wp:extent cx="1368000" cy="8345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princip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8345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MÉRITE — AMSODE — Modèle à personnaliser</dc:title>
  <dc:subject/>
  <dc:creator>AMSODE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