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 w:before="0" w:line="254" w:lineRule="auto"/>
        <w:jc w:val="center"/>
      </w:pPr>
      <w:r>
        <w:rPr>
          <w:rFonts w:ascii="Times New Roman" w:hAnsi="Times New Roman"/>
          <w:b/>
          <w:i w:val="0"/>
          <w:color w:val="173642"/>
          <w:sz w:val="50"/>
        </w:rPr>
        <w:t>DIPLÔME DE RECONNAISSANCE</w:t>
      </w:r>
    </w:p>
    <w:p>
      <w:pPr>
        <w:spacing w:after="240" w:before="0" w:line="254" w:lineRule="auto"/>
        <w:jc w:val="center"/>
      </w:pPr>
      <w:r>
        <w:rPr>
          <w:rFonts w:ascii="Times New Roman" w:hAnsi="Times New Roman"/>
          <w:b w:val="0"/>
          <w:i w:val="0"/>
          <w:color w:val="273E48"/>
          <w:sz w:val="28"/>
        </w:rPr>
        <w:t>Action Multisectorielle pour la Solidarité et le Développement (AMSODE) attribue le présent diplôme à</w:t>
      </w:r>
    </w:p>
    <w:p>
      <w:pPr>
        <w:spacing w:after="60" w:before="0" w:line="254" w:lineRule="auto"/>
        <w:jc w:val="center"/>
      </w:pPr>
      <w:r>
        <w:rPr>
          <w:rFonts w:ascii="Times New Roman" w:hAnsi="Times New Roman"/>
          <w:b/>
          <w:i w:val="0"/>
          <w:color w:val="007CA5"/>
          <w:sz w:val="42"/>
        </w:rPr>
        <w:t>[PRÉNOM ET NOM]</w:t>
      </w:r>
    </w:p>
    <w:p>
      <w:pPr>
        <w:spacing w:after="220" w:before="0" w:line="254" w:lineRule="auto"/>
        <w:jc w:val="center"/>
      </w:pPr>
      <w:r>
        <w:rPr>
          <w:rFonts w:ascii="Times New Roman" w:hAnsi="Times New Roman"/>
          <w:b w:val="0"/>
          <w:i/>
          <w:color w:val="576C73"/>
          <w:sz w:val="22"/>
        </w:rPr>
        <w:t>[FONCTION / SERVICE OU STRUCTURE]</w:t>
      </w:r>
    </w:p>
    <w:p>
      <w:pPr>
        <w:spacing w:after="200" w:before="0" w:line="254" w:lineRule="auto"/>
        <w:jc w:val="center"/>
      </w:pPr>
      <w:r>
        <w:rPr>
          <w:rFonts w:ascii="Times New Roman" w:hAnsi="Times New Roman"/>
          <w:b w:val="0"/>
          <w:i w:val="0"/>
          <w:color w:val="273E48"/>
          <w:sz w:val="26"/>
        </w:rPr>
        <w:t>pour [MOTIF DE LA RECONNAISSANCE] au titre de [ANNÉE OU PÉRIODE].</w:t>
      </w:r>
    </w:p>
    <w:p>
      <w:pPr>
        <w:spacing w:after="360" w:before="0" w:line="254" w:lineRule="auto"/>
        <w:jc w:val="center"/>
      </w:pPr>
      <w:r>
        <w:rPr>
          <w:rFonts w:ascii="Times New Roman" w:hAnsi="Times New Roman"/>
          <w:b w:val="0"/>
          <w:i w:val="0"/>
          <w:color w:val="273E48"/>
          <w:sz w:val="25"/>
        </w:rPr>
        <w:t>Ce diplôme reconnaît [ACTION, ENGAGEMENT OU RÉSULTAT DOCUMENTÉ] dans le respect des valeurs d’AMSODE.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6350"/>
      </w:tblGrid>
      <w:tr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260" w:line="254" w:lineRule="auto"/>
            </w:pPr>
            <w:r>
              <w:rPr>
                <w:rFonts w:ascii="Times New Roman" w:hAnsi="Times New Roman"/>
                <w:b w:val="0"/>
                <w:i w:val="0"/>
                <w:color w:val="1F3843"/>
                <w:sz w:val="22"/>
              </w:rPr>
              <w:t>Fait à [VILLE], le [DATE]</w:t>
            </w:r>
          </w:p>
        </w:tc>
        <w:tc>
          <w:tcPr>
            <w:tcW w:type="dxa" w:w="635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54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99CC"/>
                <w:sz w:val="22"/>
              </w:rPr>
              <w:t>_________________________</w:t>
            </w:r>
          </w:p>
          <w:p>
            <w:pPr>
              <w:spacing w:after="0" w:before="0" w:line="254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1F3843"/>
                <w:sz w:val="21"/>
              </w:rPr>
              <w:t>[AUTORITÉ HABILITÉE]</w:t>
            </w:r>
          </w:p>
          <w:p>
            <w:pPr>
              <w:spacing w:after="0" w:before="0" w:line="254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465B62"/>
                <w:sz w:val="18"/>
              </w:rPr>
              <w:t>[Fonction · signature et cachet]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/>
      <w:pgMar w:top="3061" w:right="1984" w:bottom="1077" w:left="1984" w:header="680" w:footer="567" w:gutter="0"/>
      <w:cols w:space="720"/>
      <w:docGrid w:linePitch="360"/>
      <w:pgBorders w:offsetFrom="page">
        <w:top w:val="double" w:sz="9" w:color="0099CC" w:space="12"/>
        <w:left w:val="double" w:sz="9" w:color="0099CC" w:space="12"/>
        <w:bottom w:val="double" w:sz="9" w:color="0099CC" w:space="12"/>
        <w:right w:val="double" w:sz="9" w:color="0099CC" w:space="12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54" w:lineRule="auto"/>
      <w:jc w:val="center"/>
    </w:pPr>
    <w:r>
      <w:rPr>
        <w:rFonts w:ascii="Times New Roman" w:hAnsi="Times New Roman"/>
        <w:b w:val="0"/>
        <w:i w:val="0"/>
        <w:color w:val="99CC33"/>
        <w:sz w:val="20"/>
      </w:rPr>
      <w:t>__________________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54" w:lineRule="auto"/>
      <w:ind w:left="-283"/>
      <w:jc w:val="left"/>
    </w:pPr>
    <w:r>
      <w:drawing>
        <wp:inline xmlns:a="http://schemas.openxmlformats.org/drawingml/2006/main" xmlns:pic="http://schemas.openxmlformats.org/drawingml/2006/picture">
          <wp:extent cx="1368000" cy="8345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princip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8345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DIPLÔME DE RECONNAISSANCE — AMSODE — Modèle à personnaliser</dc:title>
  <dc:subject/>
  <dc:creator>AMSODE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